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livre de java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Anne Tasso/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5.éd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9782212123760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