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موس واللغة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اموس/ اللغ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