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التخطيط اللغوي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9789947821633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اللغة/ التخطيط اللغوي/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