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شخصية ومسار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بخوش/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الشخصية/ عبد الله شريط/ المسار/ الخصال/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