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منبر فرسان البيان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 الدين ميهوبي/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9947821129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النثر/ الشعر/ المسرحية/ القصة/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