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الخريطة التاريخية والاثرية لمنطقة سطيف الملف التاريخي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دعيبش/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الخريطة التاريخية/ الخريطة الأثرية/ سطيف/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