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الحكمة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مؤسسة كنوز الحكمة/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كنوز الحكمة/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3051611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