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المعلوماتية والتربية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قسم علم النفس وعلوم التربية/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الاغواط/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المعلوماتية/ التربية/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