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الجزائرية في زمن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مرموقة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مخبر حوار الحضارات والتنوع الثقافي/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9789931909194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الجزائر/ الثقافة/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