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Alice au pays des merveilles : conte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Lewis Carroll/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9782035868084</w:t>
            </w:r>
          </w:p>
        </w:tc>
      </w:tr>
    </w:tbl>
    <w:p>
      <w:pPr>
        <w:pStyle w:val="Heading3"/>
      </w:pPr>
      <w:r>
        <w:t>ملخص</w:t>
      </w:r>
    </w:p>
    <w:p>
      <w:r>
        <w:t>Conte de littérature enfantine relatant les aventures d'Alice qui, poursuivant un lapin blanc, tombe dans un puits qui la mène dans un pays merveilleux. Texte intégral avec un dossier pédagogique et des jeux.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