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شركات التأمين التقليدي ومؤسسات التأمين التكافلي بين الأسس النظرية والتجربة التطبيقية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منشورات مخبر الشراكة والاستثمار في المؤسسات الصغيرة والمتوسطة  في الفضاء الأورو -ممغاربي/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مخبر الشراكة والاستثمار في المؤسسات الصغيرة والمتوسطة في الفضاء الأورو-مغاربي/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04872253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شركات التأمين/ التأمين التقليدي/ التأمين التكافلي/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