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والاقتصادية الدولية والحوكمة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، منحنيات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المشتقات المالية/ الأزمة المالية/ الإقتصاديات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