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والكفاءة الاستخدامية للموارد المتاحة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، أعمدة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1112931x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