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Difficultés grammaticales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René Lagane/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9782035331205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