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مخبر وحدة التكوين و البحث في نظريات القراءة و مناهجها/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محمد خيضر - بسكرة/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11129468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