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المحتوى الرقمي باللغة العربية: النشر الإلكتروني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المحتوى الرقمي/ النشر الإلكتروني/ الكتاب الإلكتروني/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