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George Dandin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143p.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9782035834225</w:t>
            </w:r>
          </w:p>
        </w:tc>
      </w:tr>
    </w:tbl>
    <w:p>
      <w:pPr>
        <w:pStyle w:val="Heading3"/>
      </w:pPr>
      <w:r>
        <w:t>ملخص</w:t>
      </w:r>
    </w:p>
    <w:p>
      <w:r>
        <w:t>Texte annoté et commenté de cette comédie, accompagné d'une présentation de l'auteur, de l'oeuvre et de son contexte de création, de questions de lecture et d'exercices pour approfondir l'étude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