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المحادثة الطبية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9947821818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قاموس/ المحادثة الطبية/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