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دليل مدرسي في مصطلحات العلوم الفيزيائية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9789947821711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معجم/ العلوم الفيزيائية/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