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مدرسي في علوم الطبيعة والحياة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9789947821701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معجم/ علوم الطبيعة/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