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ك أداة للرقابة وإتخاذ القرار في المؤسسة الإقتصادية: دراسة تطبيقية بالمؤسسة الوطنية لتحقيق وتسيير الصناعات المترابطة SONARIC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مداني آسية/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التحليل المالي/ مؤسسةsonaric/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