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ديوان الترقية والتسيير العقاري في ترقية قطاع السكن : دراسة حالة ديوان الترقية والتسيير العقاري لولاية ميلة OPGI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بوحشيشة مريم/ كافي فريدة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السكن/ الترقية العقارية/ ديوان الترقية والتسيير العقاري/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