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الإتصالات التسويقية المتكاملة في تحسين جودة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قرعيشي محمد/ عيساوي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الخدمات/ الاتصالات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