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المنافسة في سوق النقال على سلوك المستهلك : دراسة مقارنة سوق الهاتف النقال (سامسونج ،كوندور)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المنافسة/ النقال/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