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المعالجة المحاسبية للمخزونات في ظل النظام المحاسبي المالي الجديد : دراسة حالة مطاحن بني هارون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فنور نبيلة/ باي مريم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المعالجة المحاسبية/ النظام المحاسبي المالي/ المخزونات/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