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 المتوسطة في تحقيق التنمية المحلية : ولاية ميلة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بوعنيقة سمية/ حريد رامي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التنمية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