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الأزمة البترولية وإنعكاساتها على الإقتصاد الوطني : دراسة حالة الجزائر في الفترة الممتدة 1986-2014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بركة زكية/ قرين الربيع(مشرفا)/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البترول/ الأزمات المالية/ الإقتصاد الوطني/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