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في تحسين الأداء المالي للمؤسسة الاقتصادية : دراسة ميدانية لموسسة SONARIC بوحدة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بدرة زواغي/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الأداء المالي/ مؤسسةsonaric/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