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تحقيق الميزة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يوسف/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 الشاملة/ اتصالات الجزائر/ إدارة/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