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نظام المعلومات في تحسين صورة المؤسسة  : دراسة حالة مؤسسة هنكل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بوحلوف أسماء/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المؤسسة/ نظام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