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الإعتماد المستندي والإنكوترمز على عقد النقل البحري للبضائع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سميرة/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النقل البحري/ بنك الفلاحة والتنمية الريفية/ الاعتماد المستندي/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