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إختيار المتاجر الكبرى لدى المستهلك الجزائري في مدينة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بوعريوة أحمد/ وشاش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ميلة/ المتاجر الكبرى/ المستهلك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