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Lexique d'information communication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Francis Balle/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accès à l'information, sciences de l'information, communication, média, NTIC, sociologie de la communication, terminologie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9782247069378</w:t>
            </w:r>
          </w:p>
        </w:tc>
      </w:tr>
    </w:tbl>
    <w:p>
      <w:pPr>
        <w:pStyle w:val="Heading3"/>
      </w:pPr>
      <w:r>
        <w:t>ملخص</w:t>
      </w:r>
    </w:p>
    <w:p>
      <w:r>
        <w:t>Présentation du vocabulaire des médias, de la publicité et du marketing, à travers plus de 2.000 entrées, qui entend notamment éclairer ainsi les enjeux dont les TIC, anciennes ou récentes, sont les instruments.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