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آليات التأمين الصحي في شركات التأمين : دراسة حالة بطاقة الشفاء في مديرية الضمان الإجتماعي وكالة ميلة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بشرى أمقران/ برني ميلود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33081711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التأمين الصحي/ التأمين الإجتماعي/ الضمان الإجتماعي/ بطاقة الشفاء/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