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الإستراتيجيات الحديثة في مواجهة الأزمة داخل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فدسي يسمينة/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الاستراتيجيات الحديثة/ الأزمة/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