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العلاقة السببية بين التضخم و سعر الصرف : دراسة حالة الجزائر خلال الفترة 1994/2014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خلفاتني مروة/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التضخم/ العلاقة السببية/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