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القرض المصغر في تمويل الأسر المنتجة : دراسة ميدانية حول الوكالة الوطنية لتسيير القرض المصغر فرع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قندولي سعاد/ بوجنانة فؤاد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المشاريع الصغيرة/ القرض المصغر/ الأسر المنتجة/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