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التسويق الإستراتيجي على رضا الزبون في المؤسسة الخدمية : دراسة حالة إتصالات الجزائر -موبليس-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بوقروة كوثر/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الاستراتيجي/ اتصالات الجزائر/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