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التعبئة والتغليف في ترويج المنتجات الغدائية :دراسة حالة لعينة من مدينة تاجنانت حول أنواع الحليب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حمانة حسام/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التعبئة/ التغليف/ ترويج/ المنتجات الغدائية/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