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تنشيط 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سعداوي عفاف/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الوساطة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