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هندسة المالية في إدارة المخاطر في السوق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اج خول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 المالي/ إدارة المخاطر/ الهند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