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المالية العامة في الجزائر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أمينة/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النفط/ 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