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تطوير لوحة القيادة في مؤسسات التعليم العالي في الجزائر: دراسة حالة المركز الجامعي عبد الحفيظ بوالصوف ميلة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ناموس بشرى/ ،شراف عغون(رئيسا)، جمال لطرش(مناقشا)، عبد العالي غيشي(مشرفا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التعليم العالي/ لوحة القيادة/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