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الحوكمة في تحسين أداء المؤسسة العمومية  دراسة حالة المركز الجامعي عبد الحفيظ بوالصوف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صغير إيمان/ ،رملي حمزة(رئيسا)، كرباش رحمة(مناقشا)، ساسي فطيمة(مشرفا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33087511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الحوكمة/ ميلة/ المؤسسة العمومية/ المركز الجامعي/ حوكمة الجامعات/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