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الكفاءة الفنية لمعاهد المركز الجامعي ميلة بإستخدام أسلوب تحليل مغلف البيانات (DEA)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نبيل/ ،رحيم إبراهيم(رئيسا)، بن جدو سامي(مناقشا)، 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التعليم العالي/ ميلة/ المركز الجامعي/ الكفاءة المهنية/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