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السياحة الالكترونية في الجزائر : دراسة حالة : مجموعة وكالات السياحة و السفر - ولاية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عبديش موسى/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السياحة/ التسويق السياحي/ السياحة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