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تنمية و تنويع الصادرات خارج المحروقات في الجزائر : دراسة تحليلية خلال الفترة (2010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ابت هاجر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صادرات/ المحروق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