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المعرفة في تحسين الأداء الوظيفي للمؤسسة  دراسة حالة : مؤسسة توزيع الكهرباء و الغاز للشرق مديرية التوزيع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هاجر بوالنمر/ ،ميلود برني(رئيسا)، فؤاد وشاش(مناقشا)، محمود بولصباع(مشرفا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ميلة/ إدارة المعرفة/ الأداء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