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صندوق ضمان القروض كمحفز لنمو وتطور المؤسسات الصغيرة والمتوسطة في الجزائر ولاية ميلة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بوزراع فاطمة/ ،فواز واضح(رئيسا)، صلاح الدين كروش(مناقشا)، حريد رامي(مشرفا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المؤسسات الصغيرة/ ضمان القروض/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