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و افاق القطاع الفلاحي في الجزائر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حمزاوي كنزة/ عاشوري نعيم(رئيسا) ,بيراز نوال(مناقشا) ,صديقي سعاد(مشرفا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القطاع الفلاحي/ الأمن الغذائي/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